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200"/>
        <w:jc w:val="center"/>
      </w:pPr>
      <w:r>
        <w:rPr>
          <w:rFonts w:ascii="Georgia" w:hAnsi="Georgia" w:eastAsia="Georgia"/>
          <w:b/>
          <w:i w:val="0"/>
          <w:sz w:val="44"/>
        </w:rPr>
        <w:t>Church Name</w:t>
      </w:r>
    </w:p>
    <w:p>
      <w:pPr>
        <w:spacing w:after="240" w:before="0"/>
        <w:jc w:val="center"/>
      </w:pPr>
      <w:r>
        <w:rPr>
          <w:b w:val="0"/>
          <w:i w:val="0"/>
          <w:sz w:val="24"/>
        </w:rPr>
        <w:t>Sunday, Month Day, Year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480"/>
      </w:tblGrid>
      <w:tr>
        <w:trPr>
          <w:trHeight w:val="4608" w:hRule="exact"/>
        </w:trPr>
        <w:tc>
          <w:tcPr>
            <w:tcW w:type="dxa" w:w="6336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Sermon series art or a photo of your church</w:t>
            </w:r>
          </w:p>
        </w:tc>
      </w:tr>
    </w:tbl>
    <w:p>
      <w:pPr>
        <w:spacing w:after="40" w:before="0"/>
      </w:pPr>
    </w:p>
    <w:p>
      <w:pPr>
        <w:spacing w:after="40" w:before="0"/>
        <w:jc w:val="center"/>
      </w:pPr>
      <w:r>
        <w:rPr>
          <w:b/>
          <w:i w:val="0"/>
          <w:sz w:val="21"/>
        </w:rPr>
        <w:t>Worship at 9:00 AM and 11:00 AM</w:t>
      </w:r>
    </w:p>
    <w:p>
      <w:pPr>
        <w:spacing w:after="80" w:before="0"/>
        <w:jc w:val="center"/>
      </w:pPr>
      <w:r>
        <w:rPr>
          <w:b w:val="0"/>
          <w:i w:val="0"/>
          <w:color w:val="5D6880"/>
          <w:sz w:val="21"/>
        </w:rPr>
        <w:t>Street Address · City, State · website.org</w:t>
      </w: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Order of Worship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40"/>
        <w:gridCol w:w="3240"/>
      </w:tblGrid>
      <w:tr>
        <w:tc>
          <w:tcPr>
            <w:tcW w:type="dxa" w:w="3240"/>
          </w:tcPr>
          <w:p>
            <w:r>
              <w:rPr>
                <w:b/>
                <w:sz w:val="21"/>
              </w:rPr>
              <w:t>Prelude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Call to Worship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Leader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Hymn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Title, hymnal number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Prayer of Confession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Scripture Reading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Book chapter:verse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Children's Moment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Anthem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Choir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Sermon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"Title" · Pastor 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Hymn of Response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Title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Offering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Benediction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Postlude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Sermon Notes</w:t>
      </w:r>
    </w:p>
    <w:p>
      <w:pPr>
        <w:spacing w:after="200" w:before="0"/>
        <w:jc w:val="center"/>
      </w:pPr>
      <w:r>
        <w:rPr>
          <w:b w:val="0"/>
          <w:i w:val="0"/>
          <w:color w:val="5D6880"/>
          <w:sz w:val="21"/>
        </w:rPr>
        <w:t>Series: Title  ·  Scripture: Book chapter:verse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r>
        <w:br w:type="page"/>
      </w:r>
    </w:p>
    <w:p>
      <w:pPr>
        <w:spacing w:after="40" w:before="0"/>
      </w:pPr>
      <w:r>
        <w:rPr>
          <w:b/>
          <w:i w:val="0"/>
          <w:sz w:val="21"/>
        </w:rPr>
        <w:t>Key takeaway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40" w:before="0"/>
      </w:pPr>
      <w:r>
        <w:rPr>
          <w:b/>
          <w:i w:val="0"/>
          <w:sz w:val="21"/>
        </w:rPr>
        <w:t>One thing I will do this week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Announcements</w:t>
      </w:r>
    </w:p>
    <w:p>
      <w:pPr>
        <w:spacing w:after="160" w:before="0"/>
      </w:pPr>
      <w:r>
        <w:rPr>
          <w:b w:val="0"/>
          <w:i w:val="0"/>
          <w:sz w:val="21"/>
        </w:rPr>
        <w:t>• Announcement title: date, time, place and who to contact.</w:t>
      </w:r>
    </w:p>
    <w:p>
      <w:pPr>
        <w:spacing w:after="160" w:before="0"/>
      </w:pPr>
      <w:r>
        <w:rPr>
          <w:b w:val="0"/>
          <w:i w:val="0"/>
          <w:sz w:val="21"/>
        </w:rPr>
        <w:t>• Small groups: how to sign up.</w:t>
      </w:r>
    </w:p>
    <w:p>
      <w:pPr>
        <w:spacing w:after="160" w:before="0"/>
      </w:pPr>
      <w:r>
        <w:rPr>
          <w:b w:val="0"/>
          <w:i w:val="0"/>
          <w:sz w:val="21"/>
        </w:rPr>
        <w:t>• Volunteers needed: what, when and how to help.</w:t>
      </w:r>
    </w:p>
    <w:p>
      <w:pPr>
        <w:spacing w:after="160" w:before="0"/>
      </w:pPr>
      <w:r>
        <w:rPr>
          <w:b w:val="0"/>
          <w:i w:val="0"/>
          <w:sz w:val="21"/>
        </w:rPr>
        <w:t>• Youth and children: this month's events.</w:t>
      </w: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This Week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40"/>
        <w:gridCol w:w="3240"/>
      </w:tblGrid>
      <w:tr>
        <w:tc>
          <w:tcPr>
            <w:tcW w:type="dxa" w:w="3240"/>
          </w:tcPr>
          <w:p>
            <w:r>
              <w:rPr>
                <w:b/>
                <w:sz w:val="21"/>
              </w:rPr>
              <w:t>Monday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Tuesday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Wednesday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Bible study, 7:00 PM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Thursday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Friday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Saturday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Sunday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Worship, 9:00 &amp; 11:00 AM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spacing w:after="160" w:before="0"/>
        <w:jc w:val="center"/>
      </w:pPr>
      <w:r>
        <w:rPr>
          <w:rFonts w:ascii="Georgia" w:hAnsi="Georgia" w:eastAsia="Georgia"/>
          <w:b/>
          <w:i w:val="0"/>
          <w:sz w:val="32"/>
        </w:rPr>
        <w:t>Prayer Requests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20" w:before="0"/>
      </w:pPr>
      <w:r>
        <w:rPr>
          <w:b w:val="0"/>
          <w:i w:val="0"/>
          <w:color w:val="C8C0B2"/>
          <w:sz w:val="21"/>
        </w:rPr>
        <w:t>__________________________________________________________</w:t>
      </w:r>
    </w:p>
    <w:p>
      <w:pPr>
        <w:spacing w:after="160" w:before="120"/>
        <w:jc w:val="center"/>
      </w:pPr>
      <w:r>
        <w:rPr>
          <w:rFonts w:ascii="Georgia" w:hAnsi="Georgia" w:eastAsia="Georgia"/>
          <w:b/>
          <w:i w:val="0"/>
          <w:sz w:val="28"/>
        </w:rPr>
        <w:t>Giving</w:t>
      </w:r>
    </w:p>
    <w:p>
      <w:pPr>
        <w:spacing w:after="80" w:before="0"/>
        <w:jc w:val="center"/>
      </w:pPr>
      <w:r>
        <w:rPr>
          <w:b w:val="0"/>
          <w:i w:val="0"/>
          <w:sz w:val="21"/>
        </w:rPr>
        <w:t>Give online at website.org/give, by text, or in the offering plate.</w:t>
      </w:r>
    </w:p>
    <w:p>
      <w:r>
        <w:br w:type="page"/>
      </w:r>
    </w:p>
    <w:p>
      <w:pPr>
        <w:spacing w:after="160" w:before="200"/>
        <w:jc w:val="center"/>
      </w:pPr>
      <w:r>
        <w:rPr>
          <w:rFonts w:ascii="Georgia" w:hAnsi="Georgia" w:eastAsia="Georgia"/>
          <w:b/>
          <w:i w:val="0"/>
          <w:sz w:val="32"/>
        </w:rPr>
        <w:t>Our Staff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40"/>
        <w:gridCol w:w="3240"/>
      </w:tblGrid>
      <w:tr>
        <w:tc>
          <w:tcPr>
            <w:tcW w:type="dxa" w:w="3240"/>
          </w:tcPr>
          <w:p>
            <w:r>
              <w:rPr>
                <w:b/>
                <w:sz w:val="21"/>
              </w:rPr>
              <w:t>Senior Pastor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Worship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Children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Youth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Name</w:t>
            </w:r>
          </w:p>
        </w:tc>
      </w:tr>
      <w:tr>
        <w:tc>
          <w:tcPr>
            <w:tcW w:type="dxa" w:w="3240"/>
          </w:tcPr>
          <w:p>
            <w:r>
              <w:rPr>
                <w:b/>
                <w:sz w:val="21"/>
              </w:rPr>
              <w:t>Office</w:t>
            </w:r>
          </w:p>
        </w:tc>
        <w:tc>
          <w:tcPr>
            <w:tcW w:type="dxa" w:w="3240"/>
          </w:tcPr>
          <w:p>
            <w:r>
              <w:rPr>
                <w:sz w:val="21"/>
              </w:rPr>
              <w:t>Phone · email</w:t>
            </w:r>
          </w:p>
        </w:tc>
      </w:tr>
    </w:tbl>
    <w:p>
      <w:pPr>
        <w:spacing w:after="40" w:before="0"/>
      </w:pPr>
    </w:p>
    <w:p>
      <w:pPr>
        <w:spacing w:after="40" w:before="400"/>
        <w:jc w:val="center"/>
      </w:pPr>
      <w:r>
        <w:rPr>
          <w:b/>
          <w:i w:val="0"/>
          <w:sz w:val="21"/>
        </w:rPr>
        <w:t>Church Name</w:t>
      </w:r>
    </w:p>
    <w:p>
      <w:pPr>
        <w:spacing w:after="40" w:before="0"/>
        <w:jc w:val="center"/>
      </w:pPr>
      <w:r>
        <w:rPr>
          <w:b w:val="0"/>
          <w:i w:val="0"/>
          <w:sz w:val="21"/>
        </w:rPr>
        <w:t>Street Address · City, State ZIP</w:t>
      </w:r>
    </w:p>
    <w:p>
      <w:pPr>
        <w:spacing w:after="80" w:before="0"/>
        <w:jc w:val="center"/>
      </w:pPr>
      <w:r>
        <w:rPr>
          <w:b w:val="0"/>
          <w:i w:val="0"/>
          <w:color w:val="5D6880"/>
          <w:sz w:val="21"/>
        </w:rPr>
        <w:t>Phone · website.org</w:t>
      </w:r>
    </w:p>
    <w:sectPr w:rsidR="00FC693F" w:rsidRPr="0006063C" w:rsidSect="00034616">
      <w:pgSz w:w="7920" w:h="122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color w:val="1421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church bulletin template 5.5x8.5</dc:title>
  <dc:subject/>
  <dc:creator>Staple &amp; Coil (staplecoil.com)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