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0" w:before="0"/>
      </w:pPr>
    </w:p>
    <w:p>
      <w:pPr>
        <w:spacing w:after="200" w:before="0"/>
        <w:jc w:val="center"/>
      </w:pPr>
      <w:r>
        <w:rPr>
          <w:rFonts w:ascii="Georgia" w:hAnsi="Georgia" w:eastAsia="Georgia"/>
          <w:b w:val="0"/>
          <w:i/>
          <w:sz w:val="26"/>
        </w:rPr>
        <w:t>The Wedding of</w:t>
      </w:r>
    </w:p>
    <w:p>
      <w:pPr>
        <w:spacing w:after="40" w:before="0"/>
        <w:jc w:val="center"/>
      </w:pPr>
      <w:r>
        <w:rPr>
          <w:rFonts w:ascii="Georgia" w:hAnsi="Georgia" w:eastAsia="Georgia"/>
          <w:b/>
          <w:i w:val="0"/>
          <w:sz w:val="48"/>
        </w:rPr>
        <w:t>Partner Name</w:t>
      </w:r>
    </w:p>
    <w:p>
      <w:pPr>
        <w:spacing w:after="40" w:before="0"/>
        <w:jc w:val="center"/>
      </w:pPr>
      <w:r>
        <w:rPr>
          <w:rFonts w:ascii="Georgia" w:hAnsi="Georgia" w:eastAsia="Georgia"/>
          <w:b w:val="0"/>
          <w:i/>
          <w:sz w:val="40"/>
        </w:rPr>
        <w:t>&amp;</w:t>
      </w:r>
    </w:p>
    <w:p>
      <w:pPr>
        <w:spacing w:after="360" w:before="0"/>
        <w:jc w:val="center"/>
      </w:pPr>
      <w:r>
        <w:rPr>
          <w:rFonts w:ascii="Georgia" w:hAnsi="Georgia" w:eastAsia="Georgia"/>
          <w:b/>
          <w:i w:val="0"/>
          <w:sz w:val="48"/>
        </w:rPr>
        <w:t>Partner Name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6480"/>
      </w:tblGrid>
      <w:tr>
        <w:trPr>
          <w:trHeight w:val="3168" w:hRule="exact"/>
        </w:trPr>
        <w:tc>
          <w:tcPr>
            <w:tcW w:type="dxa" w:w="4320"/>
            <w:shd w:val="clear" w:color="auto" w:fill="F3EDE4"/>
          </w:tcPr>
          <w:p>
            <w:pPr>
              <w:jc w:val="center"/>
            </w:pPr>
            <w:r>
              <w:rPr>
                <w:color w:val="5D6880"/>
                <w:sz w:val="18"/>
              </w:rPr>
              <w:br/>
              <w:t>Monogram, engagement photo or illustration</w:t>
            </w:r>
          </w:p>
        </w:tc>
      </w:tr>
    </w:tbl>
    <w:p>
      <w:pPr>
        <w:spacing w:after="40" w:before="0"/>
      </w:pPr>
    </w:p>
    <w:p>
      <w:pPr>
        <w:spacing w:after="40" w:before="0"/>
        <w:jc w:val="center"/>
      </w:pPr>
      <w:r>
        <w:rPr>
          <w:b w:val="0"/>
          <w:i w:val="0"/>
          <w:sz w:val="22"/>
        </w:rPr>
        <w:t>Saturday, Month Day, Year · 4:00 PM</w:t>
      </w:r>
    </w:p>
    <w:p>
      <w:pPr>
        <w:spacing w:after="80" w:before="0"/>
        <w:jc w:val="center"/>
      </w:pPr>
      <w:r>
        <w:rPr>
          <w:b w:val="0"/>
          <w:i w:val="0"/>
          <w:color w:val="5D6880"/>
          <w:sz w:val="22"/>
        </w:rPr>
        <w:t>Venue Name · City, State</w:t>
      </w:r>
    </w:p>
    <w:p>
      <w:r>
        <w:br w:type="page"/>
      </w:r>
    </w:p>
    <w:p>
      <w:pPr>
        <w:spacing w:after="160" w:before="400"/>
        <w:jc w:val="center"/>
      </w:pPr>
      <w:r>
        <w:rPr>
          <w:rFonts w:ascii="Georgia" w:hAnsi="Georgia" w:eastAsia="Georgia"/>
          <w:b/>
          <w:i w:val="0"/>
          <w:sz w:val="32"/>
        </w:rPr>
        <w:t>Welcome</w:t>
      </w:r>
    </w:p>
    <w:p>
      <w:pPr>
        <w:spacing w:after="200" w:before="0"/>
        <w:jc w:val="center"/>
      </w:pPr>
      <w:r>
        <w:rPr>
          <w:rFonts w:ascii="Georgia" w:hAnsi="Georgia" w:eastAsia="Georgia"/>
          <w:b w:val="0"/>
          <w:i w:val="0"/>
          <w:sz w:val="22"/>
        </w:rPr>
        <w:t>Thank you for being here today. Every one of you has shaped our story, and we are so happy to celebrate this day with the people we love most.</w:t>
      </w:r>
    </w:p>
    <w:p>
      <w:pPr>
        <w:spacing w:after="80" w:before="0"/>
        <w:jc w:val="center"/>
      </w:pPr>
      <w:r>
        <w:rPr>
          <w:b w:val="0"/>
          <w:i/>
          <w:sz w:val="21"/>
        </w:rPr>
        <w:t>With love, Partner &amp; Partner</w:t>
      </w:r>
    </w:p>
    <w:p>
      <w:r>
        <w:br w:type="page"/>
      </w:r>
    </w:p>
    <w:p>
      <w:pPr>
        <w:spacing w:after="160" w:before="0"/>
        <w:jc w:val="center"/>
      </w:pPr>
      <w:r>
        <w:rPr>
          <w:rFonts w:ascii="Georgia" w:hAnsi="Georgia" w:eastAsia="Georgia"/>
          <w:b/>
          <w:i w:val="0"/>
          <w:sz w:val="32"/>
        </w:rPr>
        <w:t>Order of Ceremony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240"/>
        <w:gridCol w:w="3240"/>
      </w:tblGrid>
      <w:tr>
        <w:tc>
          <w:tcPr>
            <w:tcW w:type="dxa" w:w="3240"/>
          </w:tcPr>
          <w:p>
            <w:r>
              <w:rPr>
                <w:b/>
                <w:sz w:val="21"/>
              </w:rPr>
              <w:t>Prelude</w:t>
            </w:r>
          </w:p>
        </w:tc>
        <w:tc>
          <w:tcPr>
            <w:tcW w:type="dxa" w:w="3240"/>
          </w:tcPr>
          <w:p>
            <w:r>
              <w:rPr>
                <w:sz w:val="21"/>
              </w:rPr>
              <w:t>Musician or playlist</w:t>
            </w:r>
          </w:p>
        </w:tc>
      </w:tr>
      <w:tr>
        <w:tc>
          <w:tcPr>
            <w:tcW w:type="dxa" w:w="3240"/>
          </w:tcPr>
          <w:p>
            <w:r>
              <w:rPr>
                <w:b/>
                <w:sz w:val="21"/>
              </w:rPr>
              <w:t>Seating of the Grandparents</w:t>
            </w:r>
          </w:p>
        </w:tc>
        <w:tc>
          <w:tcPr>
            <w:tcW w:type="dxa" w:w="3240"/>
          </w:tcPr>
          <w:p>
            <w:r>
              <w:rPr>
                <w:sz w:val="21"/>
              </w:rPr>
            </w:r>
          </w:p>
        </w:tc>
      </w:tr>
      <w:tr>
        <w:tc>
          <w:tcPr>
            <w:tcW w:type="dxa" w:w="3240"/>
          </w:tcPr>
          <w:p>
            <w:r>
              <w:rPr>
                <w:b/>
                <w:sz w:val="21"/>
              </w:rPr>
              <w:t>Seating of the Parents</w:t>
            </w:r>
          </w:p>
        </w:tc>
        <w:tc>
          <w:tcPr>
            <w:tcW w:type="dxa" w:w="3240"/>
          </w:tcPr>
          <w:p>
            <w:r>
              <w:rPr>
                <w:sz w:val="21"/>
              </w:rPr>
            </w:r>
          </w:p>
        </w:tc>
      </w:tr>
      <w:tr>
        <w:tc>
          <w:tcPr>
            <w:tcW w:type="dxa" w:w="3240"/>
          </w:tcPr>
          <w:p>
            <w:r>
              <w:rPr>
                <w:b/>
                <w:sz w:val="21"/>
              </w:rPr>
              <w:t>Processional</w:t>
            </w:r>
          </w:p>
        </w:tc>
        <w:tc>
          <w:tcPr>
            <w:tcW w:type="dxa" w:w="3240"/>
          </w:tcPr>
          <w:p>
            <w:r>
              <w:rPr>
                <w:sz w:val="21"/>
              </w:rPr>
              <w:t>Song title</w:t>
            </w:r>
          </w:p>
        </w:tc>
      </w:tr>
      <w:tr>
        <w:tc>
          <w:tcPr>
            <w:tcW w:type="dxa" w:w="3240"/>
          </w:tcPr>
          <w:p>
            <w:r>
              <w:rPr>
                <w:b/>
                <w:sz w:val="21"/>
              </w:rPr>
              <w:t>Entrance of the Bride</w:t>
            </w:r>
          </w:p>
        </w:tc>
        <w:tc>
          <w:tcPr>
            <w:tcW w:type="dxa" w:w="3240"/>
          </w:tcPr>
          <w:p>
            <w:r>
              <w:rPr>
                <w:sz w:val="21"/>
              </w:rPr>
              <w:t>Song title</w:t>
            </w:r>
          </w:p>
        </w:tc>
      </w:tr>
      <w:tr>
        <w:tc>
          <w:tcPr>
            <w:tcW w:type="dxa" w:w="3240"/>
          </w:tcPr>
          <w:p>
            <w:r>
              <w:rPr>
                <w:b/>
                <w:sz w:val="21"/>
              </w:rPr>
              <w:t>Welcome</w:t>
            </w:r>
          </w:p>
        </w:tc>
        <w:tc>
          <w:tcPr>
            <w:tcW w:type="dxa" w:w="3240"/>
          </w:tcPr>
          <w:p>
            <w:r>
              <w:rPr>
                <w:sz w:val="21"/>
              </w:rPr>
              <w:t>Officiant Name</w:t>
            </w:r>
          </w:p>
        </w:tc>
      </w:tr>
      <w:tr>
        <w:tc>
          <w:tcPr>
            <w:tcW w:type="dxa" w:w="3240"/>
          </w:tcPr>
          <w:p>
            <w:r>
              <w:rPr>
                <w:b/>
                <w:sz w:val="21"/>
              </w:rPr>
              <w:t>Reading</w:t>
            </w:r>
          </w:p>
        </w:tc>
        <w:tc>
          <w:tcPr>
            <w:tcW w:type="dxa" w:w="3240"/>
          </w:tcPr>
          <w:p>
            <w:r>
              <w:rPr>
                <w:sz w:val="21"/>
              </w:rPr>
              <w:t>Reader Name</w:t>
            </w:r>
          </w:p>
        </w:tc>
      </w:tr>
      <w:tr>
        <w:tc>
          <w:tcPr>
            <w:tcW w:type="dxa" w:w="3240"/>
          </w:tcPr>
          <w:p>
            <w:r>
              <w:rPr>
                <w:b/>
                <w:sz w:val="21"/>
              </w:rPr>
              <w:t>Vows</w:t>
            </w:r>
          </w:p>
        </w:tc>
        <w:tc>
          <w:tcPr>
            <w:tcW w:type="dxa" w:w="3240"/>
          </w:tcPr>
          <w:p>
            <w:r>
              <w:rPr>
                <w:sz w:val="21"/>
              </w:rPr>
            </w:r>
          </w:p>
        </w:tc>
      </w:tr>
      <w:tr>
        <w:tc>
          <w:tcPr>
            <w:tcW w:type="dxa" w:w="3240"/>
          </w:tcPr>
          <w:p>
            <w:r>
              <w:rPr>
                <w:b/>
                <w:sz w:val="21"/>
              </w:rPr>
              <w:t>Exchange of Rings</w:t>
            </w:r>
          </w:p>
        </w:tc>
        <w:tc>
          <w:tcPr>
            <w:tcW w:type="dxa" w:w="3240"/>
          </w:tcPr>
          <w:p>
            <w:r>
              <w:rPr>
                <w:sz w:val="21"/>
              </w:rPr>
            </w:r>
          </w:p>
        </w:tc>
      </w:tr>
      <w:tr>
        <w:tc>
          <w:tcPr>
            <w:tcW w:type="dxa" w:w="3240"/>
          </w:tcPr>
          <w:p>
            <w:r>
              <w:rPr>
                <w:b/>
                <w:sz w:val="21"/>
              </w:rPr>
              <w:t>Unity Ceremony</w:t>
            </w:r>
          </w:p>
        </w:tc>
        <w:tc>
          <w:tcPr>
            <w:tcW w:type="dxa" w:w="3240"/>
          </w:tcPr>
          <w:p>
            <w:r>
              <w:rPr>
                <w:sz w:val="21"/>
              </w:rPr>
              <w:t>Optional</w:t>
            </w:r>
          </w:p>
        </w:tc>
      </w:tr>
      <w:tr>
        <w:tc>
          <w:tcPr>
            <w:tcW w:type="dxa" w:w="3240"/>
          </w:tcPr>
          <w:p>
            <w:r>
              <w:rPr>
                <w:b/>
                <w:sz w:val="21"/>
              </w:rPr>
              <w:t>Pronouncement &amp; Kiss</w:t>
            </w:r>
          </w:p>
        </w:tc>
        <w:tc>
          <w:tcPr>
            <w:tcW w:type="dxa" w:w="3240"/>
          </w:tcPr>
          <w:p>
            <w:r>
              <w:rPr>
                <w:sz w:val="21"/>
              </w:rPr>
            </w:r>
          </w:p>
        </w:tc>
      </w:tr>
      <w:tr>
        <w:tc>
          <w:tcPr>
            <w:tcW w:type="dxa" w:w="3240"/>
          </w:tcPr>
          <w:p>
            <w:r>
              <w:rPr>
                <w:b/>
                <w:sz w:val="21"/>
              </w:rPr>
              <w:t>Recessional</w:t>
            </w:r>
          </w:p>
        </w:tc>
        <w:tc>
          <w:tcPr>
            <w:tcW w:type="dxa" w:w="3240"/>
          </w:tcPr>
          <w:p>
            <w:r>
              <w:rPr>
                <w:sz w:val="21"/>
              </w:rPr>
              <w:t>Song title</w:t>
            </w:r>
          </w:p>
        </w:tc>
      </w:tr>
    </w:tbl>
    <w:p>
      <w:pPr>
        <w:spacing w:after="40" w:before="0"/>
      </w:pPr>
    </w:p>
    <w:p>
      <w:r>
        <w:br w:type="page"/>
      </w:r>
    </w:p>
    <w:p>
      <w:pPr>
        <w:spacing w:after="160" w:before="0"/>
        <w:jc w:val="center"/>
      </w:pPr>
      <w:r>
        <w:rPr>
          <w:rFonts w:ascii="Georgia" w:hAnsi="Georgia" w:eastAsia="Georgia"/>
          <w:b/>
          <w:i w:val="0"/>
          <w:sz w:val="32"/>
        </w:rPr>
        <w:t>Wedding Party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240"/>
        <w:gridCol w:w="3240"/>
      </w:tblGrid>
      <w:tr>
        <w:tc>
          <w:tcPr>
            <w:tcW w:type="dxa" w:w="3240"/>
          </w:tcPr>
          <w:p>
            <w:r>
              <w:rPr>
                <w:b/>
                <w:sz w:val="21"/>
              </w:rPr>
              <w:t>Officiant</w:t>
            </w:r>
          </w:p>
        </w:tc>
        <w:tc>
          <w:tcPr>
            <w:tcW w:type="dxa" w:w="3240"/>
          </w:tcPr>
          <w:p>
            <w:r>
              <w:rPr>
                <w:sz w:val="21"/>
              </w:rPr>
              <w:t>Name</w:t>
            </w:r>
          </w:p>
        </w:tc>
      </w:tr>
      <w:tr>
        <w:tc>
          <w:tcPr>
            <w:tcW w:type="dxa" w:w="3240"/>
          </w:tcPr>
          <w:p>
            <w:r>
              <w:rPr>
                <w:b/>
                <w:sz w:val="21"/>
              </w:rPr>
              <w:t>Maid of Honor</w:t>
            </w:r>
          </w:p>
        </w:tc>
        <w:tc>
          <w:tcPr>
            <w:tcW w:type="dxa" w:w="3240"/>
          </w:tcPr>
          <w:p>
            <w:r>
              <w:rPr>
                <w:sz w:val="21"/>
              </w:rPr>
              <w:t>Name</w:t>
            </w:r>
          </w:p>
        </w:tc>
      </w:tr>
      <w:tr>
        <w:tc>
          <w:tcPr>
            <w:tcW w:type="dxa" w:w="3240"/>
          </w:tcPr>
          <w:p>
            <w:r>
              <w:rPr>
                <w:b/>
                <w:sz w:val="21"/>
              </w:rPr>
              <w:t>Best Man</w:t>
            </w:r>
          </w:p>
        </w:tc>
        <w:tc>
          <w:tcPr>
            <w:tcW w:type="dxa" w:w="3240"/>
          </w:tcPr>
          <w:p>
            <w:r>
              <w:rPr>
                <w:sz w:val="21"/>
              </w:rPr>
              <w:t>Name</w:t>
            </w:r>
          </w:p>
        </w:tc>
      </w:tr>
      <w:tr>
        <w:tc>
          <w:tcPr>
            <w:tcW w:type="dxa" w:w="3240"/>
          </w:tcPr>
          <w:p>
            <w:r>
              <w:rPr>
                <w:b/>
                <w:sz w:val="21"/>
              </w:rPr>
              <w:t>Bridesmaids</w:t>
            </w:r>
          </w:p>
        </w:tc>
        <w:tc>
          <w:tcPr>
            <w:tcW w:type="dxa" w:w="3240"/>
          </w:tcPr>
          <w:p>
            <w:r>
              <w:rPr>
                <w:sz w:val="21"/>
              </w:rPr>
              <w:t>Name, Name, Name</w:t>
            </w:r>
          </w:p>
        </w:tc>
      </w:tr>
      <w:tr>
        <w:tc>
          <w:tcPr>
            <w:tcW w:type="dxa" w:w="3240"/>
          </w:tcPr>
          <w:p>
            <w:r>
              <w:rPr>
                <w:b/>
                <w:sz w:val="21"/>
              </w:rPr>
              <w:t>Groomsmen</w:t>
            </w:r>
          </w:p>
        </w:tc>
        <w:tc>
          <w:tcPr>
            <w:tcW w:type="dxa" w:w="3240"/>
          </w:tcPr>
          <w:p>
            <w:r>
              <w:rPr>
                <w:sz w:val="21"/>
              </w:rPr>
              <w:t>Name, Name, Name</w:t>
            </w:r>
          </w:p>
        </w:tc>
      </w:tr>
      <w:tr>
        <w:tc>
          <w:tcPr>
            <w:tcW w:type="dxa" w:w="3240"/>
          </w:tcPr>
          <w:p>
            <w:r>
              <w:rPr>
                <w:b/>
                <w:sz w:val="21"/>
              </w:rPr>
              <w:t>Flower Girl</w:t>
            </w:r>
          </w:p>
        </w:tc>
        <w:tc>
          <w:tcPr>
            <w:tcW w:type="dxa" w:w="3240"/>
          </w:tcPr>
          <w:p>
            <w:r>
              <w:rPr>
                <w:sz w:val="21"/>
              </w:rPr>
              <w:t>Name</w:t>
            </w:r>
          </w:p>
        </w:tc>
      </w:tr>
      <w:tr>
        <w:tc>
          <w:tcPr>
            <w:tcW w:type="dxa" w:w="3240"/>
          </w:tcPr>
          <w:p>
            <w:r>
              <w:rPr>
                <w:b/>
                <w:sz w:val="21"/>
              </w:rPr>
              <w:t>Ring Bearer</w:t>
            </w:r>
          </w:p>
        </w:tc>
        <w:tc>
          <w:tcPr>
            <w:tcW w:type="dxa" w:w="3240"/>
          </w:tcPr>
          <w:p>
            <w:r>
              <w:rPr>
                <w:sz w:val="21"/>
              </w:rPr>
              <w:t>Name</w:t>
            </w:r>
          </w:p>
        </w:tc>
      </w:tr>
      <w:tr>
        <w:tc>
          <w:tcPr>
            <w:tcW w:type="dxa" w:w="3240"/>
          </w:tcPr>
          <w:p>
            <w:r>
              <w:rPr>
                <w:b/>
                <w:sz w:val="21"/>
              </w:rPr>
              <w:t>Parents</w:t>
            </w:r>
          </w:p>
        </w:tc>
        <w:tc>
          <w:tcPr>
            <w:tcW w:type="dxa" w:w="3240"/>
          </w:tcPr>
          <w:p>
            <w:r>
              <w:rPr>
                <w:sz w:val="21"/>
              </w:rPr>
              <w:t>Names</w:t>
            </w:r>
          </w:p>
        </w:tc>
      </w:tr>
    </w:tbl>
    <w:p>
      <w:pPr>
        <w:spacing w:after="40" w:before="0"/>
      </w:pPr>
    </w:p>
    <w:p>
      <w:r>
        <w:br w:type="page"/>
      </w:r>
    </w:p>
    <w:p>
      <w:pPr>
        <w:spacing w:after="160" w:before="0"/>
        <w:jc w:val="center"/>
      </w:pPr>
      <w:r>
        <w:rPr>
          <w:rFonts w:ascii="Georgia" w:hAnsi="Georgia" w:eastAsia="Georgia"/>
          <w:b/>
          <w:i w:val="0"/>
          <w:sz w:val="32"/>
        </w:rPr>
        <w:t>Readings</w:t>
      </w:r>
    </w:p>
    <w:p>
      <w:pPr>
        <w:spacing w:after="40" w:before="0"/>
        <w:jc w:val="center"/>
      </w:pPr>
      <w:r>
        <w:rPr>
          <w:b/>
          <w:i w:val="0"/>
          <w:sz w:val="21"/>
        </w:rPr>
        <w:t>Reading title</w:t>
      </w:r>
    </w:p>
    <w:p>
      <w:pPr>
        <w:spacing w:after="280" w:before="0"/>
        <w:jc w:val="center"/>
      </w:pPr>
      <w:r>
        <w:rPr>
          <w:rFonts w:ascii="Georgia" w:hAnsi="Georgia" w:eastAsia="Georgia"/>
          <w:b w:val="0"/>
          <w:i/>
          <w:sz w:val="21"/>
        </w:rPr>
        <w:t>Paste the reading here, or the first lines and the source.</w:t>
      </w:r>
    </w:p>
    <w:p>
      <w:pPr>
        <w:spacing w:after="40" w:before="0"/>
        <w:jc w:val="center"/>
      </w:pPr>
      <w:r>
        <w:rPr>
          <w:b/>
          <w:i w:val="0"/>
          <w:sz w:val="21"/>
        </w:rPr>
        <w:t>Second reading title</w:t>
      </w:r>
    </w:p>
    <w:p>
      <w:pPr>
        <w:spacing w:after="80" w:before="0"/>
        <w:jc w:val="center"/>
      </w:pPr>
      <w:r>
        <w:rPr>
          <w:rFonts w:ascii="Georgia" w:hAnsi="Georgia" w:eastAsia="Georgia"/>
          <w:b w:val="0"/>
          <w:i/>
          <w:sz w:val="21"/>
        </w:rPr>
        <w:t>Paste the second reading here.</w:t>
      </w:r>
    </w:p>
    <w:p>
      <w:r>
        <w:br w:type="page"/>
      </w:r>
    </w:p>
    <w:p>
      <w:pPr>
        <w:spacing w:after="160" w:before="400"/>
        <w:jc w:val="center"/>
      </w:pPr>
      <w:r>
        <w:rPr>
          <w:rFonts w:ascii="Georgia" w:hAnsi="Georgia" w:eastAsia="Georgia"/>
          <w:b/>
          <w:i w:val="0"/>
          <w:sz w:val="32"/>
        </w:rPr>
        <w:t>In Loving Memory</w:t>
      </w:r>
    </w:p>
    <w:p>
      <w:pPr>
        <w:spacing w:after="200" w:before="0"/>
        <w:jc w:val="center"/>
      </w:pPr>
      <w:r>
        <w:rPr>
          <w:rFonts w:ascii="Georgia" w:hAnsi="Georgia" w:eastAsia="Georgia"/>
          <w:b w:val="0"/>
          <w:i/>
          <w:sz w:val="21"/>
        </w:rPr>
        <w:t>We remember those who could not be with us today but are here in our hearts.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240"/>
        <w:gridCol w:w="3240"/>
      </w:tblGrid>
      <w:tr>
        <w:tc>
          <w:tcPr>
            <w:tcW w:type="dxa" w:w="3240"/>
          </w:tcPr>
          <w:p>
            <w:r>
              <w:rPr>
                <w:b/>
                <w:sz w:val="21"/>
              </w:rPr>
              <w:t>Name</w:t>
            </w:r>
          </w:p>
        </w:tc>
        <w:tc>
          <w:tcPr>
            <w:tcW w:type="dxa" w:w="3240"/>
          </w:tcPr>
          <w:p>
            <w:r>
              <w:rPr>
                <w:sz w:val="21"/>
              </w:rPr>
              <w:t>Name</w:t>
            </w:r>
          </w:p>
        </w:tc>
      </w:tr>
      <w:tr>
        <w:tc>
          <w:tcPr>
            <w:tcW w:type="dxa" w:w="3240"/>
          </w:tcPr>
          <w:p>
            <w:r>
              <w:rPr>
                <w:b/>
                <w:sz w:val="21"/>
              </w:rPr>
              <w:t>Name</w:t>
            </w:r>
          </w:p>
        </w:tc>
        <w:tc>
          <w:tcPr>
            <w:tcW w:type="dxa" w:w="3240"/>
          </w:tcPr>
          <w:p>
            <w:r>
              <w:rPr>
                <w:sz w:val="21"/>
              </w:rPr>
              <w:t>Name</w:t>
            </w:r>
          </w:p>
        </w:tc>
      </w:tr>
    </w:tbl>
    <w:p>
      <w:pPr>
        <w:spacing w:after="40" w:before="0"/>
      </w:pPr>
    </w:p>
    <w:p>
      <w:r>
        <w:br w:type="page"/>
      </w:r>
    </w:p>
    <w:p>
      <w:pPr>
        <w:spacing w:after="160" w:before="0"/>
        <w:jc w:val="center"/>
      </w:pPr>
      <w:r>
        <w:rPr>
          <w:rFonts w:ascii="Georgia" w:hAnsi="Georgia" w:eastAsia="Georgia"/>
          <w:b/>
          <w:i w:val="0"/>
          <w:sz w:val="32"/>
        </w:rPr>
        <w:t>Reception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240"/>
        <w:gridCol w:w="3240"/>
      </w:tblGrid>
      <w:tr>
        <w:tc>
          <w:tcPr>
            <w:tcW w:type="dxa" w:w="3240"/>
          </w:tcPr>
          <w:p>
            <w:r>
              <w:rPr>
                <w:b/>
                <w:sz w:val="21"/>
              </w:rPr>
              <w:t>5:00 PM</w:t>
            </w:r>
          </w:p>
        </w:tc>
        <w:tc>
          <w:tcPr>
            <w:tcW w:type="dxa" w:w="3240"/>
          </w:tcPr>
          <w:p>
            <w:r>
              <w:rPr>
                <w:sz w:val="21"/>
              </w:rPr>
              <w:t>Cocktail hour</w:t>
            </w:r>
          </w:p>
        </w:tc>
      </w:tr>
      <w:tr>
        <w:tc>
          <w:tcPr>
            <w:tcW w:type="dxa" w:w="3240"/>
          </w:tcPr>
          <w:p>
            <w:r>
              <w:rPr>
                <w:b/>
                <w:sz w:val="21"/>
              </w:rPr>
              <w:t>6:00 PM</w:t>
            </w:r>
          </w:p>
        </w:tc>
        <w:tc>
          <w:tcPr>
            <w:tcW w:type="dxa" w:w="3240"/>
          </w:tcPr>
          <w:p>
            <w:r>
              <w:rPr>
                <w:sz w:val="21"/>
              </w:rPr>
              <w:t>Grand entrance</w:t>
            </w:r>
          </w:p>
        </w:tc>
      </w:tr>
      <w:tr>
        <w:tc>
          <w:tcPr>
            <w:tcW w:type="dxa" w:w="3240"/>
          </w:tcPr>
          <w:p>
            <w:r>
              <w:rPr>
                <w:b/>
                <w:sz w:val="21"/>
              </w:rPr>
              <w:t>6:15 PM</w:t>
            </w:r>
          </w:p>
        </w:tc>
        <w:tc>
          <w:tcPr>
            <w:tcW w:type="dxa" w:w="3240"/>
          </w:tcPr>
          <w:p>
            <w:r>
              <w:rPr>
                <w:sz w:val="21"/>
              </w:rPr>
              <w:t>Dinner</w:t>
            </w:r>
          </w:p>
        </w:tc>
      </w:tr>
      <w:tr>
        <w:tc>
          <w:tcPr>
            <w:tcW w:type="dxa" w:w="3240"/>
          </w:tcPr>
          <w:p>
            <w:r>
              <w:rPr>
                <w:b/>
                <w:sz w:val="21"/>
              </w:rPr>
              <w:t>7:00 PM</w:t>
            </w:r>
          </w:p>
        </w:tc>
        <w:tc>
          <w:tcPr>
            <w:tcW w:type="dxa" w:w="3240"/>
          </w:tcPr>
          <w:p>
            <w:r>
              <w:rPr>
                <w:sz w:val="21"/>
              </w:rPr>
              <w:t>Toasts</w:t>
            </w:r>
          </w:p>
        </w:tc>
      </w:tr>
      <w:tr>
        <w:tc>
          <w:tcPr>
            <w:tcW w:type="dxa" w:w="3240"/>
          </w:tcPr>
          <w:p>
            <w:r>
              <w:rPr>
                <w:b/>
                <w:sz w:val="21"/>
              </w:rPr>
              <w:t>7:30 PM</w:t>
            </w:r>
          </w:p>
        </w:tc>
        <w:tc>
          <w:tcPr>
            <w:tcW w:type="dxa" w:w="3240"/>
          </w:tcPr>
          <w:p>
            <w:r>
              <w:rPr>
                <w:sz w:val="21"/>
              </w:rPr>
              <w:t>First dance</w:t>
            </w:r>
          </w:p>
        </w:tc>
      </w:tr>
      <w:tr>
        <w:tc>
          <w:tcPr>
            <w:tcW w:type="dxa" w:w="3240"/>
          </w:tcPr>
          <w:p>
            <w:r>
              <w:rPr>
                <w:b/>
                <w:sz w:val="21"/>
              </w:rPr>
              <w:t>8:00 PM</w:t>
            </w:r>
          </w:p>
        </w:tc>
        <w:tc>
          <w:tcPr>
            <w:tcW w:type="dxa" w:w="3240"/>
          </w:tcPr>
          <w:p>
            <w:r>
              <w:rPr>
                <w:sz w:val="21"/>
              </w:rPr>
              <w:t>Cake cutting</w:t>
            </w:r>
          </w:p>
        </w:tc>
      </w:tr>
      <w:tr>
        <w:tc>
          <w:tcPr>
            <w:tcW w:type="dxa" w:w="3240"/>
          </w:tcPr>
          <w:p>
            <w:r>
              <w:rPr>
                <w:b/>
                <w:sz w:val="21"/>
              </w:rPr>
              <w:t>10:00 PM</w:t>
            </w:r>
          </w:p>
        </w:tc>
        <w:tc>
          <w:tcPr>
            <w:tcW w:type="dxa" w:w="3240"/>
          </w:tcPr>
          <w:p>
            <w:r>
              <w:rPr>
                <w:sz w:val="21"/>
              </w:rPr>
              <w:t>Send-off</w:t>
            </w:r>
          </w:p>
        </w:tc>
      </w:tr>
    </w:tbl>
    <w:p>
      <w:pPr>
        <w:spacing w:after="40" w:before="0"/>
      </w:pPr>
    </w:p>
    <w:p>
      <w:pPr>
        <w:spacing w:after="80" w:before="0"/>
        <w:jc w:val="center"/>
      </w:pPr>
      <w:r>
        <w:rPr>
          <w:b w:val="0"/>
          <w:i w:val="0"/>
          <w:color w:val="5D6880"/>
          <w:sz w:val="21"/>
        </w:rPr>
        <w:t>Reception Venue · Address</w:t>
      </w:r>
    </w:p>
    <w:p>
      <w:r>
        <w:br w:type="page"/>
      </w:r>
    </w:p>
    <w:p>
      <w:pPr>
        <w:spacing w:after="1200" w:before="0"/>
      </w:pPr>
    </w:p>
    <w:p>
      <w:pPr>
        <w:spacing w:after="200" w:before="0"/>
        <w:jc w:val="center"/>
      </w:pPr>
      <w:r>
        <w:rPr>
          <w:rFonts w:ascii="Georgia" w:hAnsi="Georgia" w:eastAsia="Georgia"/>
          <w:b w:val="0"/>
          <w:i/>
          <w:sz w:val="44"/>
        </w:rPr>
        <w:t>Thank you</w:t>
      </w:r>
    </w:p>
    <w:p>
      <w:pPr>
        <w:spacing w:after="600" w:before="0"/>
        <w:jc w:val="center"/>
      </w:pPr>
      <w:r>
        <w:rPr>
          <w:b w:val="0"/>
          <w:i w:val="0"/>
          <w:sz w:val="21"/>
        </w:rPr>
        <w:t>Share your photos with #YourHashtag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6480"/>
      </w:tblGrid>
      <w:tr>
        <w:trPr>
          <w:trHeight w:val="2880" w:hRule="exact"/>
        </w:trPr>
        <w:tc>
          <w:tcPr>
            <w:tcW w:type="dxa" w:w="3744"/>
            <w:shd w:val="clear" w:color="auto" w:fill="F3EDE4"/>
          </w:tcPr>
          <w:p>
            <w:pPr>
              <w:jc w:val="center"/>
            </w:pPr>
            <w:r>
              <w:rPr>
                <w:color w:val="5D6880"/>
                <w:sz w:val="18"/>
              </w:rPr>
              <w:br/>
              <w:t>Photo or monogram</w:t>
            </w:r>
          </w:p>
        </w:tc>
      </w:tr>
    </w:tbl>
    <w:p>
      <w:pPr>
        <w:spacing w:after="40" w:before="0"/>
      </w:pPr>
    </w:p>
    <w:sectPr w:rsidR="00FC693F" w:rsidRPr="0006063C" w:rsidSect="00034616">
      <w:pgSz w:w="7920" w:h="122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Calibri" w:hAnsi="Calibri" w:eastAsia="Calibri"/>
      <w:color w:val="1421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wedding program template 5.5x8.5</dc:title>
  <dc:subject/>
  <dc:creator>Staple &amp; Coil (staplecoil.com)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