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0" w:before="0"/>
      </w:pPr>
    </w:p>
    <w:p>
      <w:pPr>
        <w:spacing w:after="120" w:before="0"/>
        <w:jc w:val="center"/>
      </w:pPr>
      <w:r>
        <w:rPr>
          <w:rFonts w:ascii="Georgia" w:hAnsi="Georgia" w:eastAsia="Georgia"/>
          <w:b/>
          <w:i w:val="0"/>
          <w:sz w:val="60"/>
        </w:rPr>
        <w:t>ZINE TITLE</w:t>
      </w:r>
    </w:p>
    <w:p>
      <w:pPr>
        <w:spacing w:after="280" w:before="0"/>
        <w:jc w:val="center"/>
      </w:pPr>
      <w:r>
        <w:rPr>
          <w:b w:val="0"/>
          <w:i w:val="0"/>
          <w:sz w:val="22"/>
        </w:rPr>
        <w:t>Issue 01 · Season Year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624"/>
      </w:tblGrid>
      <w:tr>
        <w:trPr>
          <w:trHeight w:val="5760" w:hRule="exact"/>
        </w:trPr>
        <w:tc>
          <w:tcPr>
            <w:tcW w:type="dxa" w:w="6336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Cover art or photo (full page art can bleed past the edge in your PDF)</w:t>
            </w:r>
          </w:p>
        </w:tc>
      </w:tr>
    </w:tbl>
    <w:p>
      <w:pPr>
        <w:spacing w:after="40" w:before="0"/>
      </w:pPr>
    </w:p>
    <w:p>
      <w:pPr>
        <w:spacing w:after="80" w:before="0"/>
        <w:jc w:val="center"/>
      </w:pPr>
      <w:r>
        <w:rPr>
          <w:b w:val="0"/>
          <w:i/>
          <w:sz w:val="21"/>
        </w:rPr>
        <w:t>by Your Name</w:t>
      </w:r>
    </w:p>
    <w:p>
      <w:r>
        <w:br w:type="page"/>
      </w:r>
    </w:p>
    <w:p>
      <w:pPr>
        <w:spacing w:after="160" w:before="0"/>
      </w:pPr>
      <w:r>
        <w:rPr>
          <w:rFonts w:ascii="Georgia" w:hAnsi="Georgia" w:eastAsia="Georgia"/>
          <w:b/>
          <w:i w:val="0"/>
          <w:sz w:val="28"/>
        </w:rPr>
        <w:t>Inside cover</w:t>
      </w:r>
    </w:p>
    <w:p>
      <w:pPr>
        <w:spacing w:after="160" w:before="0"/>
      </w:pPr>
      <w:r>
        <w:rPr>
          <w:b w:val="0"/>
          <w:i w:val="0"/>
          <w:sz w:val="21"/>
        </w:rPr>
        <w:t>Credits, a dedication, a content note or a short welcome. Many zines leave this page for a colophon: who made it, the typefaces and where to find more.</w:t>
      </w:r>
    </w:p>
    <w:p>
      <w:r>
        <w:br w:type="page"/>
      </w:r>
    </w:p>
    <w:p>
      <w:pPr>
        <w:spacing w:after="160" w:before="0"/>
      </w:pPr>
      <w:r>
        <w:rPr>
          <w:rFonts w:ascii="Georgia" w:hAnsi="Georgia" w:eastAsia="Georgia"/>
          <w:b/>
          <w:i w:val="0"/>
          <w:sz w:val="36"/>
        </w:rPr>
        <w:t>Contents</w:t>
      </w:r>
    </w:p>
    <w:p>
      <w:pPr>
        <w:spacing w:after="80" w:before="0"/>
      </w:pPr>
      <w:r>
        <w:rPr>
          <w:b w:val="0"/>
          <w:i w:val="0"/>
          <w:sz w:val="21"/>
        </w:rPr>
        <w:t>Opening piece ........................ 4</w:t>
      </w:r>
    </w:p>
    <w:p>
      <w:pPr>
        <w:spacing w:after="80" w:before="0"/>
      </w:pPr>
      <w:r>
        <w:rPr>
          <w:b w:val="0"/>
          <w:i w:val="0"/>
          <w:sz w:val="21"/>
        </w:rPr>
        <w:t>Photo story ........................ 6</w:t>
      </w:r>
    </w:p>
    <w:p>
      <w:pPr>
        <w:spacing w:after="80" w:before="0"/>
      </w:pPr>
      <w:r>
        <w:rPr>
          <w:b w:val="0"/>
          <w:i w:val="0"/>
          <w:sz w:val="21"/>
        </w:rPr>
        <w:t>Interview ........................ 8</w:t>
      </w:r>
    </w:p>
    <w:p>
      <w:pPr>
        <w:spacing w:after="80" w:before="0"/>
      </w:pPr>
      <w:r>
        <w:rPr>
          <w:b w:val="0"/>
          <w:i w:val="0"/>
          <w:sz w:val="21"/>
        </w:rPr>
        <w:t>Comic ........................ 10</w:t>
      </w:r>
    </w:p>
    <w:p>
      <w:pPr>
        <w:spacing w:after="80" w:before="0"/>
      </w:pPr>
      <w:r>
        <w:rPr>
          <w:b w:val="0"/>
          <w:i w:val="0"/>
          <w:sz w:val="21"/>
        </w:rPr>
        <w:t>Poems ........................ 12</w:t>
      </w:r>
    </w:p>
    <w:p>
      <w:pPr>
        <w:spacing w:after="80" w:before="0"/>
      </w:pPr>
      <w:r>
        <w:rPr>
          <w:b w:val="0"/>
          <w:i w:val="0"/>
          <w:sz w:val="21"/>
        </w:rPr>
        <w:t>Back pages ........................ 15</w:t>
      </w:r>
    </w:p>
    <w:p>
      <w:r>
        <w:br w:type="page"/>
      </w:r>
    </w:p>
    <w:p>
      <w:pPr>
        <w:spacing w:after="120" w:before="0"/>
      </w:pPr>
      <w:r>
        <w:rPr>
          <w:b w:val="0"/>
          <w:i w:val="0"/>
          <w:color w:val="5D6880"/>
          <w:sz w:val="16"/>
        </w:rPr>
        <w:t>Page 4 · Full-page photo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624"/>
      </w:tblGrid>
      <w:tr>
        <w:trPr>
          <w:trHeight w:val="8640" w:hRule="exact"/>
        </w:trPr>
        <w:tc>
          <w:tcPr>
            <w:tcW w:type="dxa" w:w="6624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Full-page photo or illustration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spacing w:after="120" w:before="0"/>
      </w:pPr>
      <w:r>
        <w:rPr>
          <w:b w:val="0"/>
          <w:i w:val="0"/>
          <w:color w:val="5D6880"/>
          <w:sz w:val="16"/>
        </w:rPr>
        <w:t>Page 5 · Text page</w:t>
      </w:r>
    </w:p>
    <w:p>
      <w:pPr>
        <w:spacing w:after="160" w:before="0"/>
      </w:pPr>
      <w:r>
        <w:rPr>
          <w:b w:val="0"/>
          <w:i w:val="0"/>
          <w:sz w:val="21"/>
        </w:rPr>
        <w:t>Write here. A 5.5 x 8.5 page holds about 250 words at 10.5 pt. Keep text 0.25 in from the trim and 0.375 in from the fold.</w:t>
      </w:r>
    </w:p>
    <w:p>
      <w:pPr>
        <w:spacing w:after="160" w:before="0"/>
      </w:pPr>
      <w:r>
        <w:rPr>
          <w:b w:val="0"/>
          <w:i w:val="0"/>
          <w:sz w:val="21"/>
        </w:rPr>
        <w:t>Write here. A 5.5 x 8.5 page holds about 250 words at 10.5 pt. Keep text 0.25 in from the trim and 0.375 in from the fold.</w:t>
      </w:r>
    </w:p>
    <w:p>
      <w:pPr>
        <w:spacing w:after="160" w:before="0"/>
      </w:pPr>
      <w:r>
        <w:rPr>
          <w:b w:val="0"/>
          <w:i w:val="0"/>
          <w:sz w:val="21"/>
        </w:rPr>
        <w:t>Write here. A 5.5 x 8.5 page holds about 250 words at 10.5 pt. Keep text 0.25 in from the trim and 0.375 in from the fold.</w:t>
      </w:r>
    </w:p>
    <w:p>
      <w:r>
        <w:br w:type="page"/>
      </w:r>
    </w:p>
    <w:p>
      <w:pPr>
        <w:spacing w:after="120" w:before="0"/>
      </w:pPr>
      <w:r>
        <w:rPr>
          <w:b w:val="0"/>
          <w:i w:val="0"/>
          <w:color w:val="5D6880"/>
          <w:sz w:val="16"/>
        </w:rPr>
        <w:t>Page 6 · Two photos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624"/>
      </w:tblGrid>
      <w:tr>
        <w:trPr>
          <w:trHeight w:val="4176" w:hRule="exact"/>
        </w:trPr>
        <w:tc>
          <w:tcPr>
            <w:tcW w:type="dxa" w:w="6624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Photo</w:t>
            </w:r>
          </w:p>
        </w:tc>
      </w:tr>
      <w:tr>
        <w:trPr>
          <w:trHeight w:val="4176" w:hRule="exact"/>
        </w:trPr>
        <w:tc>
          <w:tcPr>
            <w:tcW w:type="dxa" w:w="6624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Photo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spacing w:after="120" w:before="0"/>
      </w:pPr>
      <w:r>
        <w:rPr>
          <w:b w:val="0"/>
          <w:i w:val="0"/>
          <w:color w:val="5D6880"/>
          <w:sz w:val="16"/>
        </w:rPr>
        <w:t>Page 7 · Comic, six panels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</w:tblGrid>
      <w:tr>
        <w:trPr>
          <w:trHeight w:val="2736" w:hRule="exact"/>
        </w:trPr>
        <w:tc>
          <w:tcPr>
            <w:tcW w:type="dxa" w:w="3312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Panel</w:t>
            </w:r>
          </w:p>
        </w:tc>
        <w:tc>
          <w:tcPr>
            <w:tcW w:type="dxa" w:w="3312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Panel</w:t>
            </w:r>
          </w:p>
        </w:tc>
      </w:tr>
      <w:tr>
        <w:trPr>
          <w:trHeight w:val="2736" w:hRule="exact"/>
        </w:trPr>
        <w:tc>
          <w:tcPr>
            <w:tcW w:type="dxa" w:w="3312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Panel</w:t>
            </w:r>
          </w:p>
        </w:tc>
        <w:tc>
          <w:tcPr>
            <w:tcW w:type="dxa" w:w="3312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Panel</w:t>
            </w:r>
          </w:p>
        </w:tc>
      </w:tr>
      <w:tr>
        <w:trPr>
          <w:trHeight w:val="2736" w:hRule="exact"/>
        </w:trPr>
        <w:tc>
          <w:tcPr>
            <w:tcW w:type="dxa" w:w="3312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Panel</w:t>
            </w:r>
          </w:p>
        </w:tc>
        <w:tc>
          <w:tcPr>
            <w:tcW w:type="dxa" w:w="3312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Panel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spacing w:after="120" w:before="0"/>
      </w:pPr>
      <w:r>
        <w:rPr>
          <w:b w:val="0"/>
          <w:i w:val="0"/>
          <w:color w:val="5D6880"/>
          <w:sz w:val="16"/>
        </w:rPr>
        <w:t>Page 8 ·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r>
        <w:br w:type="page"/>
      </w:r>
    </w:p>
    <w:p>
      <w:pPr>
        <w:spacing w:after="120" w:before="0"/>
      </w:pPr>
      <w:r>
        <w:rPr>
          <w:b w:val="0"/>
          <w:i w:val="0"/>
          <w:color w:val="5D6880"/>
          <w:sz w:val="16"/>
        </w:rPr>
        <w:t>Page 9 · Photo with caption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624"/>
      </w:tblGrid>
      <w:tr>
        <w:trPr>
          <w:trHeight w:val="6623" w:hRule="exact"/>
        </w:trPr>
        <w:tc>
          <w:tcPr>
            <w:tcW w:type="dxa" w:w="6624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Photo</w:t>
            </w:r>
          </w:p>
        </w:tc>
      </w:tr>
    </w:tbl>
    <w:p>
      <w:pPr>
        <w:spacing w:after="40" w:before="0"/>
      </w:pPr>
    </w:p>
    <w:p>
      <w:pPr>
        <w:spacing w:after="80" w:before="0"/>
      </w:pPr>
      <w:r>
        <w:rPr>
          <w:b w:val="0"/>
          <w:i/>
          <w:color w:val="5D6880"/>
          <w:sz w:val="21"/>
        </w:rPr>
        <w:t>Caption: who, where, when.</w:t>
      </w:r>
    </w:p>
    <w:p>
      <w:r>
        <w:br w:type="page"/>
      </w:r>
    </w:p>
    <w:p>
      <w:pPr>
        <w:spacing w:after="120" w:before="0"/>
      </w:pPr>
      <w:r>
        <w:rPr>
          <w:b w:val="0"/>
          <w:i w:val="0"/>
          <w:color w:val="5D6880"/>
          <w:sz w:val="16"/>
        </w:rPr>
        <w:t>Page 10 · Full-page photo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624"/>
      </w:tblGrid>
      <w:tr>
        <w:trPr>
          <w:trHeight w:val="8640" w:hRule="exact"/>
        </w:trPr>
        <w:tc>
          <w:tcPr>
            <w:tcW w:type="dxa" w:w="6624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Full-page photo or illustration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spacing w:after="120" w:before="0"/>
      </w:pPr>
      <w:r>
        <w:rPr>
          <w:b w:val="0"/>
          <w:i w:val="0"/>
          <w:color w:val="5D6880"/>
          <w:sz w:val="16"/>
        </w:rPr>
        <w:t>Page 11 · Text page</w:t>
      </w:r>
    </w:p>
    <w:p>
      <w:pPr>
        <w:spacing w:after="160" w:before="0"/>
      </w:pPr>
      <w:r>
        <w:rPr>
          <w:b w:val="0"/>
          <w:i w:val="0"/>
          <w:sz w:val="21"/>
        </w:rPr>
        <w:t>Write here. A 5.5 x 8.5 page holds about 250 words at 10.5 pt. Keep text 0.25 in from the trim and 0.375 in from the fold.</w:t>
      </w:r>
    </w:p>
    <w:p>
      <w:pPr>
        <w:spacing w:after="160" w:before="0"/>
      </w:pPr>
      <w:r>
        <w:rPr>
          <w:b w:val="0"/>
          <w:i w:val="0"/>
          <w:sz w:val="21"/>
        </w:rPr>
        <w:t>Write here. A 5.5 x 8.5 page holds about 250 words at 10.5 pt. Keep text 0.25 in from the trim and 0.375 in from the fold.</w:t>
      </w:r>
    </w:p>
    <w:p>
      <w:pPr>
        <w:spacing w:after="160" w:before="0"/>
      </w:pPr>
      <w:r>
        <w:rPr>
          <w:b w:val="0"/>
          <w:i w:val="0"/>
          <w:sz w:val="21"/>
        </w:rPr>
        <w:t>Write here. A 5.5 x 8.5 page holds about 250 words at 10.5 pt. Keep text 0.25 in from the trim and 0.375 in from the fold.</w:t>
      </w:r>
    </w:p>
    <w:p>
      <w:r>
        <w:br w:type="page"/>
      </w:r>
    </w:p>
    <w:p>
      <w:pPr>
        <w:spacing w:after="120" w:before="0"/>
      </w:pPr>
      <w:r>
        <w:rPr>
          <w:b w:val="0"/>
          <w:i w:val="0"/>
          <w:color w:val="5D6880"/>
          <w:sz w:val="16"/>
        </w:rPr>
        <w:t>Page 12 · Two photos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624"/>
      </w:tblGrid>
      <w:tr>
        <w:trPr>
          <w:trHeight w:val="4176" w:hRule="exact"/>
        </w:trPr>
        <w:tc>
          <w:tcPr>
            <w:tcW w:type="dxa" w:w="6624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Photo</w:t>
            </w:r>
          </w:p>
        </w:tc>
      </w:tr>
      <w:tr>
        <w:trPr>
          <w:trHeight w:val="4176" w:hRule="exact"/>
        </w:trPr>
        <w:tc>
          <w:tcPr>
            <w:tcW w:type="dxa" w:w="6624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Photo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spacing w:after="120" w:before="0"/>
      </w:pPr>
      <w:r>
        <w:rPr>
          <w:b w:val="0"/>
          <w:i w:val="0"/>
          <w:color w:val="5D6880"/>
          <w:sz w:val="16"/>
        </w:rPr>
        <w:t>Page 13 · Comic, six panels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</w:tblGrid>
      <w:tr>
        <w:trPr>
          <w:trHeight w:val="2736" w:hRule="exact"/>
        </w:trPr>
        <w:tc>
          <w:tcPr>
            <w:tcW w:type="dxa" w:w="3312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Panel</w:t>
            </w:r>
          </w:p>
        </w:tc>
        <w:tc>
          <w:tcPr>
            <w:tcW w:type="dxa" w:w="3312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Panel</w:t>
            </w:r>
          </w:p>
        </w:tc>
      </w:tr>
      <w:tr>
        <w:trPr>
          <w:trHeight w:val="2736" w:hRule="exact"/>
        </w:trPr>
        <w:tc>
          <w:tcPr>
            <w:tcW w:type="dxa" w:w="3312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Panel</w:t>
            </w:r>
          </w:p>
        </w:tc>
        <w:tc>
          <w:tcPr>
            <w:tcW w:type="dxa" w:w="3312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Panel</w:t>
            </w:r>
          </w:p>
        </w:tc>
      </w:tr>
      <w:tr>
        <w:trPr>
          <w:trHeight w:val="2736" w:hRule="exact"/>
        </w:trPr>
        <w:tc>
          <w:tcPr>
            <w:tcW w:type="dxa" w:w="3312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Panel</w:t>
            </w:r>
          </w:p>
        </w:tc>
        <w:tc>
          <w:tcPr>
            <w:tcW w:type="dxa" w:w="3312"/>
            <w:shd w:val="clear" w:color="auto" w:fill="F3EDE4"/>
          </w:tcPr>
          <w:p>
            <w:pPr>
              <w:jc w:val="center"/>
            </w:pPr>
            <w:r>
              <w:rPr>
                <w:color w:val="5D6880"/>
                <w:sz w:val="18"/>
              </w:rPr>
              <w:br/>
              <w:t>Panel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spacing w:after="120" w:before="0"/>
      </w:pPr>
      <w:r>
        <w:rPr>
          <w:b w:val="0"/>
          <w:i w:val="0"/>
          <w:color w:val="5D6880"/>
          <w:sz w:val="16"/>
        </w:rPr>
        <w:t>Page 14 ·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pPr>
        <w:spacing w:after="120" w:before="0"/>
        <w:jc w:val="center"/>
      </w:pPr>
      <w:r>
        <w:rPr>
          <w:rFonts w:ascii="Georgia" w:hAnsi="Georgia" w:eastAsia="Georgia"/>
          <w:b w:val="0"/>
          <w:i/>
          <w:sz w:val="21"/>
        </w:rPr>
        <w:t>A line of the poem</w:t>
      </w:r>
    </w:p>
    <w:p>
      <w:r>
        <w:br w:type="page"/>
      </w:r>
    </w:p>
    <w:p>
      <w:pPr>
        <w:spacing w:after="160" w:before="0"/>
      </w:pPr>
      <w:r>
        <w:rPr>
          <w:rFonts w:ascii="Georgia" w:hAnsi="Georgia" w:eastAsia="Georgia"/>
          <w:b/>
          <w:i w:val="0"/>
          <w:sz w:val="28"/>
        </w:rPr>
        <w:t>Back pages</w:t>
      </w:r>
    </w:p>
    <w:p>
      <w:pPr>
        <w:spacing w:after="160" w:before="0"/>
      </w:pPr>
      <w:r>
        <w:rPr>
          <w:b w:val="0"/>
          <w:i w:val="0"/>
          <w:sz w:val="21"/>
        </w:rPr>
        <w:t>Thanks, links, a zine swap address, your social handle and the price if you sell it.</w:t>
      </w:r>
    </w:p>
    <w:p>
      <w:r>
        <w:br w:type="page"/>
      </w:r>
    </w:p>
    <w:p>
      <w:pPr>
        <w:spacing w:after="2400" w:before="0"/>
      </w:pPr>
    </w:p>
    <w:p>
      <w:pPr>
        <w:spacing w:after="80" w:before="0"/>
        <w:jc w:val="center"/>
      </w:pPr>
      <w:r>
        <w:rPr>
          <w:b w:val="0"/>
          <w:i w:val="0"/>
          <w:sz w:val="21"/>
        </w:rPr>
        <w:t>@yourhandle · yoursite.com</w:t>
      </w:r>
    </w:p>
    <w:p>
      <w:pPr>
        <w:spacing w:after="80" w:before="0"/>
        <w:jc w:val="center"/>
      </w:pPr>
      <w:r>
        <w:rPr>
          <w:b w:val="0"/>
          <w:i w:val="0"/>
          <w:color w:val="5D6880"/>
          <w:sz w:val="18"/>
        </w:rPr>
        <w:t>Price / free · Printed in the USA</w:t>
      </w:r>
    </w:p>
    <w:sectPr w:rsidR="00FC693F" w:rsidRPr="0006063C" w:rsidSect="00034616">
      <w:pgSz w:w="7920" w:h="12240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color w:val="1421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zine template 16 pages 5.5x8.5</dc:title>
  <dc:subject/>
  <dc:creator>Staple &amp; Coil (staplecoil.com)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