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</w:p>
    <w:p>
      <w:pPr>
        <w:spacing w:after="80" w:before="0"/>
        <w:jc w:val="center"/>
      </w:pPr>
      <w:r>
        <w:rPr>
          <w:rFonts w:ascii="Georgia" w:hAnsi="Georgia" w:eastAsia="Georgia"/>
          <w:b w:val="0"/>
          <w:i/>
          <w:sz w:val="32"/>
        </w:rPr>
        <w:t>The Family Name</w:t>
      </w:r>
    </w:p>
    <w:p>
      <w:pPr>
        <w:spacing w:after="320" w:before="0"/>
        <w:jc w:val="center"/>
      </w:pPr>
      <w:r>
        <w:rPr>
          <w:rFonts w:ascii="Georgia" w:hAnsi="Georgia" w:eastAsia="Georgia"/>
          <w:b/>
          <w:i w:val="0"/>
          <w:sz w:val="80"/>
        </w:rPr>
        <w:t>Cookbook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rPr>
          <w:trHeight w:val="6048" w:hRule="exact"/>
        </w:trPr>
        <w:tc>
          <w:tcPr>
            <w:tcW w:type="dxa" w:w="806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Cover photo: a favorite dish, the family kitchen or a recipe card</w:t>
            </w:r>
          </w:p>
        </w:tc>
      </w:tr>
    </w:tbl>
    <w:p>
      <w:pPr>
        <w:spacing w:after="40" w:before="0"/>
      </w:pPr>
    </w:p>
    <w:p>
      <w:pPr>
        <w:spacing w:after="80" w:before="0"/>
        <w:jc w:val="center"/>
      </w:pPr>
      <w:r>
        <w:rPr>
          <w:b w:val="0"/>
          <w:i w:val="0"/>
          <w:color w:val="5D6880"/>
          <w:sz w:val="24"/>
        </w:rPr>
        <w:t>Recipes collected by Name · Year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44"/>
        </w:rPr>
        <w:t>Contents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sz w:val="21"/>
              </w:rPr>
              <w:t>Appetizers &amp; Snacks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4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1"/>
              </w:rPr>
              <w:t>Soups &amp; Salads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10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1"/>
              </w:rPr>
              <w:t>Main Dishes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16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1"/>
              </w:rPr>
              <w:t>Sides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28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1"/>
              </w:rPr>
              <w:t>Breads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34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1"/>
              </w:rPr>
              <w:t>Desserts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38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1"/>
              </w:rPr>
              <w:t>Index</w:t>
            </w:r>
          </w:p>
        </w:tc>
        <w:tc>
          <w:tcPr>
            <w:tcW w:type="dxa" w:w="5040"/>
          </w:tcPr>
          <w:p>
            <w:r>
              <w:rPr>
                <w:sz w:val="21"/>
              </w:rPr>
              <w:t>46</w:t>
            </w:r>
          </w:p>
        </w:tc>
      </w:tr>
    </w:tbl>
    <w:p>
      <w:pPr>
        <w:spacing w:after="40" w:before="0"/>
      </w:pPr>
    </w:p>
    <w:p>
      <w:pPr>
        <w:spacing w:after="80" w:before="0"/>
      </w:pPr>
      <w:r>
        <w:rPr>
          <w:b w:val="0"/>
          <w:i/>
          <w:color w:val="5D6880"/>
          <w:sz w:val="18"/>
        </w:rPr>
        <w:t>Update the page numbers after you finish the book.</w:t>
      </w:r>
    </w:p>
    <w:p>
      <w:r>
        <w:br w:type="page"/>
      </w:r>
    </w:p>
    <w:p>
      <w:pPr>
        <w:spacing w:after="4000" w:before="0"/>
      </w:pP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80"/>
        </w:rPr>
        <w:t>Main Dishes</w:t>
      </w:r>
    </w:p>
    <w:p>
      <w:pPr>
        <w:spacing w:after="80" w:before="0"/>
        <w:jc w:val="center"/>
      </w:pPr>
      <w:r>
        <w:rPr>
          <w:b w:val="0"/>
          <w:i/>
          <w:color w:val="5D6880"/>
          <w:sz w:val="20"/>
        </w:rPr>
        <w:t>Section divider: one per chapter. Add a photo or a family quote.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48"/>
        </w:rPr>
        <w:t>Recipe Name</w:t>
      </w:r>
    </w:p>
    <w:p>
      <w:pPr>
        <w:spacing w:after="200" w:before="0"/>
      </w:pPr>
      <w:r>
        <w:rPr>
          <w:b w:val="0"/>
          <w:i w:val="0"/>
          <w:color w:val="5D6880"/>
          <w:sz w:val="21"/>
        </w:rPr>
        <w:t>From the kitchen of Name  ·  Serves 6  ·  Prep 20 min  ·  Cook 45 min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600"/>
            <w:shd w:val="clear" w:color="auto" w:fill="F3EDE4"/>
          </w:tcPr>
          <w:p>
            <w:r>
              <w:rPr>
                <w:b/>
              </w:rPr>
              <w:t>Ingredients</w:t>
            </w:r>
          </w:p>
          <w:p>
            <w:r>
              <w:t>• 2 cups ingredient</w:t>
            </w:r>
          </w:p>
          <w:p>
            <w:r>
              <w:t>• 1 tbsp ingredient</w:t>
            </w:r>
          </w:p>
          <w:p>
            <w:r>
              <w:t>• 1 tsp ingredient</w:t>
            </w:r>
          </w:p>
          <w:p>
            <w:r>
              <w:t>• Salt and pepper</w:t>
            </w:r>
          </w:p>
        </w:tc>
        <w:tc>
          <w:tcPr>
            <w:tcW w:type="dxa" w:w="6336"/>
          </w:tcPr>
          <w:p>
            <w:r>
              <w:rPr>
                <w:b/>
              </w:rPr>
              <w:t>Directions</w:t>
            </w:r>
          </w:p>
          <w:p>
            <w:r>
              <w:t>1. Preheat the oven to 375°F.</w:t>
            </w:r>
          </w:p>
          <w:p>
            <w:r>
              <w:t>2. Combine the first three ingredients.</w:t>
            </w:r>
          </w:p>
          <w:p>
            <w:r>
              <w:t>3. Bake 40 to 45 minutes until golden.</w:t>
            </w:r>
          </w:p>
          <w:p>
            <w:r>
              <w:t>4. Rest 10 minutes before serving.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sz w:val="21"/>
        </w:rPr>
        <w:t>Notes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48"/>
        </w:rPr>
        <w:t>Recipe With a Photo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rPr>
          <w:trHeight w:val="4896" w:hRule="exact"/>
        </w:trPr>
        <w:tc>
          <w:tcPr>
            <w:tcW w:type="dxa" w:w="979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 of the finished dish (300 ppi at print size)</w:t>
            </w:r>
          </w:p>
        </w:tc>
      </w:tr>
    </w:tbl>
    <w:p>
      <w:pPr>
        <w:spacing w:after="40" w:before="0"/>
      </w:pPr>
    </w:p>
    <w:p>
      <w:pPr>
        <w:spacing w:after="40" w:before="0"/>
      </w:pPr>
      <w:r>
        <w:rPr>
          <w:b/>
          <w:i w:val="0"/>
          <w:sz w:val="21"/>
        </w:rPr>
        <w:t>Ingredients</w:t>
      </w:r>
    </w:p>
    <w:p>
      <w:pPr>
        <w:spacing w:after="160" w:before="0"/>
      </w:pPr>
      <w:r>
        <w:rPr>
          <w:b w:val="0"/>
          <w:i w:val="0"/>
          <w:sz w:val="21"/>
        </w:rPr>
        <w:t>• Ingredient  • Ingredient  • Ingredient  • Ingredient</w:t>
      </w:r>
    </w:p>
    <w:p>
      <w:pPr>
        <w:spacing w:after="40" w:before="0"/>
      </w:pPr>
      <w:r>
        <w:rPr>
          <w:b/>
          <w:i w:val="0"/>
          <w:sz w:val="21"/>
        </w:rPr>
        <w:t>Directions</w:t>
      </w:r>
    </w:p>
    <w:p>
      <w:pPr>
        <w:spacing w:after="160" w:before="0"/>
      </w:pPr>
      <w:r>
        <w:rPr>
          <w:b w:val="0"/>
          <w:i w:val="0"/>
          <w:sz w:val="21"/>
        </w:rPr>
        <w:t>1. Step one.  2. Step two.  3. Step three.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44"/>
        </w:rPr>
        <w:t>Two Short Recipes</w:t>
      </w:r>
    </w:p>
    <w:p>
      <w:pPr>
        <w:spacing w:after="40" w:before="0"/>
      </w:pPr>
      <w:r>
        <w:rPr>
          <w:rFonts w:ascii="Georgia" w:hAnsi="Georgia" w:eastAsia="Georgia"/>
          <w:b/>
          <w:i w:val="0"/>
          <w:sz w:val="28"/>
        </w:rPr>
        <w:t>Recipe Name 1</w:t>
      </w:r>
    </w:p>
    <w:p>
      <w:pPr>
        <w:spacing w:after="40" w:before="0"/>
      </w:pPr>
      <w:r>
        <w:rPr>
          <w:b w:val="0"/>
          <w:i w:val="0"/>
          <w:sz w:val="21"/>
        </w:rPr>
        <w:t>Ingredients: list here.</w:t>
      </w:r>
    </w:p>
    <w:p>
      <w:pPr>
        <w:spacing w:after="280" w:before="0"/>
      </w:pPr>
      <w:r>
        <w:rPr>
          <w:b w:val="0"/>
          <w:i w:val="0"/>
          <w:sz w:val="21"/>
        </w:rPr>
        <w:t>Directions: write the steps in one or two short paragraphs.</w:t>
      </w:r>
    </w:p>
    <w:p>
      <w:pPr>
        <w:spacing w:after="40" w:before="0"/>
      </w:pPr>
      <w:r>
        <w:rPr>
          <w:rFonts w:ascii="Georgia" w:hAnsi="Georgia" w:eastAsia="Georgia"/>
          <w:b/>
          <w:i w:val="0"/>
          <w:sz w:val="28"/>
        </w:rPr>
        <w:t>Recipe Name 2</w:t>
      </w:r>
    </w:p>
    <w:p>
      <w:pPr>
        <w:spacing w:after="40" w:before="0"/>
      </w:pPr>
      <w:r>
        <w:rPr>
          <w:b w:val="0"/>
          <w:i w:val="0"/>
          <w:sz w:val="21"/>
        </w:rPr>
        <w:t>Ingredients: list here.</w:t>
      </w:r>
    </w:p>
    <w:p>
      <w:pPr>
        <w:spacing w:after="280" w:before="0"/>
      </w:pPr>
      <w:r>
        <w:rPr>
          <w:b w:val="0"/>
          <w:i w:val="0"/>
          <w:sz w:val="21"/>
        </w:rPr>
        <w:t>Directions: write the steps in one or two short paragraphs.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44"/>
        </w:rPr>
        <w:t>Kitchen Notes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sectPr w:rsidR="00FC693F" w:rsidRPr="0006063C" w:rsidSect="00034616">
      <w:pgSz w:w="12240" w:h="15840"/>
      <w:pgMar w:top="864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book template 8.5x11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